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2EBF" w14:textId="77777777" w:rsidR="00EA044C" w:rsidRDefault="001241C3" w:rsidP="00EA044C">
      <w:pPr>
        <w:jc w:val="center"/>
      </w:pPr>
      <w:r>
        <w:rPr>
          <w:rFonts w:ascii="Aptos Display" w:hAnsi="Aptos Display"/>
          <w:b/>
          <w:sz w:val="34"/>
        </w:rPr>
        <w:t>ÖĞRENCİ AFFI BAŞVURUSUNDA İSTENECEK BELGELER</w:t>
      </w:r>
    </w:p>
    <w:p w14:paraId="6ABC9C51" w14:textId="14E7E933" w:rsidR="00191FB0" w:rsidRPr="00EA044C" w:rsidRDefault="001241C3" w:rsidP="00EA044C">
      <w:r w:rsidRPr="008B1C71">
        <w:rPr>
          <w:b/>
          <w:color w:val="000000" w:themeColor="text1"/>
          <w:sz w:val="24"/>
        </w:rPr>
        <w:t>A. Tüm adaylardan istenecek temel belgeler</w:t>
      </w:r>
      <w:r w:rsidR="003F0958">
        <w:rPr>
          <w:b/>
          <w:color w:val="000000" w:themeColor="text1"/>
          <w:sz w:val="24"/>
        </w:rPr>
        <w:t>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76"/>
        <w:gridCol w:w="5078"/>
      </w:tblGrid>
      <w:tr w:rsidR="00191FB0" w14:paraId="015908E9" w14:textId="77777777">
        <w:trPr>
          <w:jc w:val="center"/>
        </w:trPr>
        <w:tc>
          <w:tcPr>
            <w:tcW w:w="5083" w:type="dxa"/>
            <w:shd w:val="clear" w:color="auto" w:fill="D9EAF7"/>
            <w:vAlign w:val="center"/>
          </w:tcPr>
          <w:p w14:paraId="60C5C908" w14:textId="77777777" w:rsidR="00191FB0" w:rsidRDefault="001241C3">
            <w:r>
              <w:rPr>
                <w:b/>
                <w:sz w:val="19"/>
              </w:rPr>
              <w:t>Belge</w:t>
            </w:r>
          </w:p>
        </w:tc>
        <w:tc>
          <w:tcPr>
            <w:tcW w:w="5083" w:type="dxa"/>
            <w:shd w:val="clear" w:color="auto" w:fill="D9EAF7"/>
            <w:vAlign w:val="center"/>
          </w:tcPr>
          <w:p w14:paraId="1EBE308B" w14:textId="77777777" w:rsidR="00191FB0" w:rsidRDefault="001241C3">
            <w:r>
              <w:rPr>
                <w:b/>
                <w:sz w:val="19"/>
              </w:rPr>
              <w:t>Açıklama</w:t>
            </w:r>
          </w:p>
        </w:tc>
      </w:tr>
      <w:tr w:rsidR="00191FB0" w14:paraId="563E74C0" w14:textId="77777777">
        <w:trPr>
          <w:jc w:val="center"/>
        </w:trPr>
        <w:tc>
          <w:tcPr>
            <w:tcW w:w="5083" w:type="dxa"/>
            <w:vAlign w:val="center"/>
          </w:tcPr>
          <w:p w14:paraId="4FB77FE7" w14:textId="77777777" w:rsidR="00191FB0" w:rsidRDefault="001241C3">
            <w:r>
              <w:rPr>
                <w:b/>
                <w:sz w:val="18"/>
              </w:rPr>
              <w:t>Online Başvuru Formu / Beyan</w:t>
            </w:r>
          </w:p>
        </w:tc>
        <w:tc>
          <w:tcPr>
            <w:tcW w:w="5083" w:type="dxa"/>
            <w:vAlign w:val="center"/>
          </w:tcPr>
          <w:p w14:paraId="4DB28FAB" w14:textId="77777777" w:rsidR="00191FB0" w:rsidRDefault="001241C3">
            <w:r>
              <w:rPr>
                <w:sz w:val="18"/>
              </w:rPr>
              <w:t>Sistem üzerinde doldurulacak; Geçici Madde 85 kapsamında başvuru beyanı ve doğruluk onayı alınacak.</w:t>
            </w:r>
          </w:p>
        </w:tc>
      </w:tr>
      <w:tr w:rsidR="00191FB0" w14:paraId="7848217D" w14:textId="77777777">
        <w:trPr>
          <w:jc w:val="center"/>
        </w:trPr>
        <w:tc>
          <w:tcPr>
            <w:tcW w:w="5083" w:type="dxa"/>
            <w:vAlign w:val="center"/>
          </w:tcPr>
          <w:p w14:paraId="3511DD97" w14:textId="77777777" w:rsidR="00191FB0" w:rsidRDefault="001241C3">
            <w:r>
              <w:rPr>
                <w:b/>
                <w:sz w:val="18"/>
              </w:rPr>
              <w:t>T.C. Kimlik Kartı / Kimlik Belgesi</w:t>
            </w:r>
          </w:p>
        </w:tc>
        <w:tc>
          <w:tcPr>
            <w:tcW w:w="5083" w:type="dxa"/>
            <w:vAlign w:val="center"/>
          </w:tcPr>
          <w:p w14:paraId="096EBCA8" w14:textId="77777777" w:rsidR="00191FB0" w:rsidRDefault="001241C3">
            <w:r>
              <w:rPr>
                <w:sz w:val="18"/>
              </w:rPr>
              <w:t>Ön ve arka yüzü okunaklı şekilde.</w:t>
            </w:r>
          </w:p>
        </w:tc>
      </w:tr>
      <w:tr w:rsidR="00191FB0" w14:paraId="74B27C34" w14:textId="77777777">
        <w:trPr>
          <w:jc w:val="center"/>
        </w:trPr>
        <w:tc>
          <w:tcPr>
            <w:tcW w:w="5083" w:type="dxa"/>
            <w:vAlign w:val="center"/>
          </w:tcPr>
          <w:p w14:paraId="0239BBEA" w14:textId="77777777" w:rsidR="00191FB0" w:rsidRDefault="001241C3">
            <w:r>
              <w:rPr>
                <w:b/>
                <w:sz w:val="18"/>
              </w:rPr>
              <w:t>Adli Sicil ve Arşiv Kaydı</w:t>
            </w:r>
          </w:p>
        </w:tc>
        <w:tc>
          <w:tcPr>
            <w:tcW w:w="5083" w:type="dxa"/>
            <w:vAlign w:val="center"/>
          </w:tcPr>
          <w:p w14:paraId="7BEAAB17" w14:textId="77777777" w:rsidR="00191FB0" w:rsidRDefault="001241C3">
            <w:r>
              <w:rPr>
                <w:sz w:val="18"/>
              </w:rPr>
              <w:t>e-Devlet üzerinden barkodlu, “Resmî Kurum” ibareli güncel belge. Uygulamada son 1 ay içinde alınmış belge şartı tercih edilebilir.</w:t>
            </w:r>
          </w:p>
        </w:tc>
      </w:tr>
      <w:tr w:rsidR="00191FB0" w14:paraId="4D03C7E0" w14:textId="77777777">
        <w:trPr>
          <w:jc w:val="center"/>
        </w:trPr>
        <w:tc>
          <w:tcPr>
            <w:tcW w:w="5083" w:type="dxa"/>
            <w:vAlign w:val="center"/>
          </w:tcPr>
          <w:p w14:paraId="7E53C88E" w14:textId="77777777" w:rsidR="00191FB0" w:rsidRDefault="001241C3">
            <w:r>
              <w:rPr>
                <w:b/>
                <w:sz w:val="18"/>
              </w:rPr>
              <w:t>Fotoğraf</w:t>
            </w:r>
          </w:p>
        </w:tc>
        <w:tc>
          <w:tcPr>
            <w:tcW w:w="5083" w:type="dxa"/>
            <w:vAlign w:val="center"/>
          </w:tcPr>
          <w:p w14:paraId="6F41DE8D" w14:textId="77777777" w:rsidR="00191FB0" w:rsidRDefault="001241C3">
            <w:r>
              <w:rPr>
                <w:sz w:val="18"/>
              </w:rPr>
              <w:t>Son 6 ay içinde çekilmiş vesikalık/biometrik nitelikte güncel fotoğraf.</w:t>
            </w:r>
          </w:p>
        </w:tc>
      </w:tr>
    </w:tbl>
    <w:p w14:paraId="1903F5AC" w14:textId="1FEA176B" w:rsidR="00191FB0" w:rsidRPr="008B1C71" w:rsidRDefault="001241C3">
      <w:pPr>
        <w:rPr>
          <w:color w:val="000000" w:themeColor="text1"/>
        </w:rPr>
      </w:pPr>
      <w:r w:rsidRPr="008B1C71">
        <w:rPr>
          <w:b/>
          <w:color w:val="000000" w:themeColor="text1"/>
          <w:sz w:val="24"/>
        </w:rPr>
        <w:t>B. Daha önce kayıtlı olup ilişiği kesilenlerden</w:t>
      </w:r>
      <w:r w:rsidR="003F0958">
        <w:rPr>
          <w:b/>
          <w:color w:val="000000" w:themeColor="text1"/>
          <w:sz w:val="24"/>
        </w:rPr>
        <w:t>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77"/>
        <w:gridCol w:w="5077"/>
      </w:tblGrid>
      <w:tr w:rsidR="00191FB0" w14:paraId="626C09B8" w14:textId="77777777">
        <w:trPr>
          <w:jc w:val="center"/>
        </w:trPr>
        <w:tc>
          <w:tcPr>
            <w:tcW w:w="5083" w:type="dxa"/>
            <w:shd w:val="clear" w:color="auto" w:fill="D9EAF7"/>
            <w:vAlign w:val="center"/>
          </w:tcPr>
          <w:p w14:paraId="47F493D6" w14:textId="77777777" w:rsidR="00191FB0" w:rsidRDefault="001241C3">
            <w:r>
              <w:rPr>
                <w:b/>
                <w:sz w:val="19"/>
              </w:rPr>
              <w:t>Belge</w:t>
            </w:r>
          </w:p>
        </w:tc>
        <w:tc>
          <w:tcPr>
            <w:tcW w:w="5083" w:type="dxa"/>
            <w:shd w:val="clear" w:color="auto" w:fill="D9EAF7"/>
            <w:vAlign w:val="center"/>
          </w:tcPr>
          <w:p w14:paraId="0CD8561B" w14:textId="77777777" w:rsidR="00191FB0" w:rsidRDefault="001241C3">
            <w:r>
              <w:rPr>
                <w:b/>
                <w:sz w:val="19"/>
              </w:rPr>
              <w:t>Açıklama</w:t>
            </w:r>
          </w:p>
        </w:tc>
      </w:tr>
      <w:tr w:rsidR="00191FB0" w14:paraId="72D137AF" w14:textId="77777777">
        <w:trPr>
          <w:jc w:val="center"/>
        </w:trPr>
        <w:tc>
          <w:tcPr>
            <w:tcW w:w="5083" w:type="dxa"/>
            <w:vAlign w:val="center"/>
          </w:tcPr>
          <w:p w14:paraId="65BDD5B9" w14:textId="77777777" w:rsidR="00191FB0" w:rsidRDefault="001241C3">
            <w:r>
              <w:rPr>
                <w:b/>
                <w:sz w:val="18"/>
              </w:rPr>
              <w:t>Transkript / Not Durum Belgesi</w:t>
            </w:r>
          </w:p>
        </w:tc>
        <w:tc>
          <w:tcPr>
            <w:tcW w:w="5083" w:type="dxa"/>
            <w:vAlign w:val="center"/>
          </w:tcPr>
          <w:p w14:paraId="3EBCFA0A" w14:textId="77777777" w:rsidR="00191FB0" w:rsidRDefault="001241C3">
            <w:r>
              <w:rPr>
                <w:sz w:val="18"/>
              </w:rPr>
              <w:t>Ders muafiyeti ve intibak değerlendirmesi için. Üniversite kayıtlarında eksiksiz bulunuyorsa sistemden temin edilebilir.</w:t>
            </w:r>
          </w:p>
        </w:tc>
      </w:tr>
      <w:tr w:rsidR="00191FB0" w14:paraId="188E8DE3" w14:textId="77777777">
        <w:trPr>
          <w:jc w:val="center"/>
        </w:trPr>
        <w:tc>
          <w:tcPr>
            <w:tcW w:w="5083" w:type="dxa"/>
            <w:vAlign w:val="center"/>
          </w:tcPr>
          <w:p w14:paraId="5F521D8C" w14:textId="77777777" w:rsidR="00191FB0" w:rsidRDefault="001241C3">
            <w:r>
              <w:rPr>
                <w:b/>
                <w:sz w:val="18"/>
              </w:rPr>
              <w:t>Varsa ek akademik belgeler</w:t>
            </w:r>
          </w:p>
        </w:tc>
        <w:tc>
          <w:tcPr>
            <w:tcW w:w="5083" w:type="dxa"/>
            <w:vAlign w:val="center"/>
          </w:tcPr>
          <w:p w14:paraId="6C447021" w14:textId="77777777" w:rsidR="00191FB0" w:rsidRDefault="001241C3">
            <w:r>
              <w:rPr>
                <w:sz w:val="18"/>
              </w:rPr>
              <w:t>Ders içerikleri, yabancı dil yeterlik belgesi veya program özelliğine göre gerekli diğer belgeler.</w:t>
            </w:r>
          </w:p>
        </w:tc>
      </w:tr>
    </w:tbl>
    <w:p w14:paraId="2FE60685" w14:textId="77777777" w:rsidR="00191FB0" w:rsidRDefault="00191FB0"/>
    <w:p w14:paraId="2694F9FB" w14:textId="72912372" w:rsidR="00191FB0" w:rsidRPr="008B1C71" w:rsidRDefault="001241C3">
      <w:pPr>
        <w:rPr>
          <w:color w:val="000000" w:themeColor="text1"/>
        </w:rPr>
      </w:pPr>
      <w:r w:rsidRPr="008B1C71">
        <w:rPr>
          <w:b/>
          <w:color w:val="000000" w:themeColor="text1"/>
          <w:sz w:val="24"/>
        </w:rPr>
        <w:t>C. Kayıt hakkı kazanıp hiç kayıt yaptırmayanlardan</w:t>
      </w:r>
      <w:r w:rsidR="003F0958">
        <w:rPr>
          <w:b/>
          <w:color w:val="000000" w:themeColor="text1"/>
          <w:sz w:val="24"/>
        </w:rPr>
        <w:t>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77"/>
        <w:gridCol w:w="5077"/>
      </w:tblGrid>
      <w:tr w:rsidR="00191FB0" w14:paraId="629144B8" w14:textId="77777777">
        <w:trPr>
          <w:jc w:val="center"/>
        </w:trPr>
        <w:tc>
          <w:tcPr>
            <w:tcW w:w="5083" w:type="dxa"/>
            <w:shd w:val="clear" w:color="auto" w:fill="D9EAF7"/>
            <w:vAlign w:val="center"/>
          </w:tcPr>
          <w:p w14:paraId="3C46C79C" w14:textId="77777777" w:rsidR="00191FB0" w:rsidRDefault="001241C3">
            <w:r>
              <w:rPr>
                <w:b/>
                <w:sz w:val="19"/>
              </w:rPr>
              <w:t>Belge</w:t>
            </w:r>
          </w:p>
        </w:tc>
        <w:tc>
          <w:tcPr>
            <w:tcW w:w="5083" w:type="dxa"/>
            <w:shd w:val="clear" w:color="auto" w:fill="D9EAF7"/>
            <w:vAlign w:val="center"/>
          </w:tcPr>
          <w:p w14:paraId="026472B5" w14:textId="77777777" w:rsidR="00191FB0" w:rsidRDefault="001241C3">
            <w:r>
              <w:rPr>
                <w:b/>
                <w:sz w:val="19"/>
              </w:rPr>
              <w:t>Açıklama</w:t>
            </w:r>
          </w:p>
        </w:tc>
      </w:tr>
      <w:tr w:rsidR="00191FB0" w14:paraId="43BC5254" w14:textId="77777777">
        <w:trPr>
          <w:jc w:val="center"/>
        </w:trPr>
        <w:tc>
          <w:tcPr>
            <w:tcW w:w="5083" w:type="dxa"/>
            <w:vAlign w:val="center"/>
          </w:tcPr>
          <w:p w14:paraId="7A06452C" w14:textId="77777777" w:rsidR="00191FB0" w:rsidRDefault="001241C3">
            <w:r>
              <w:rPr>
                <w:b/>
                <w:sz w:val="18"/>
              </w:rPr>
              <w:t>ÖSYS / YKS Sonuç ve Yerleştirme Belgesi</w:t>
            </w:r>
          </w:p>
        </w:tc>
        <w:tc>
          <w:tcPr>
            <w:tcW w:w="5083" w:type="dxa"/>
            <w:vAlign w:val="center"/>
          </w:tcPr>
          <w:p w14:paraId="5D98A344" w14:textId="77777777" w:rsidR="00191FB0" w:rsidRDefault="001241C3">
            <w:r>
              <w:rPr>
                <w:sz w:val="18"/>
              </w:rPr>
              <w:t>Yerleşme/kayıt hakkının doğrulanması için.</w:t>
            </w:r>
          </w:p>
        </w:tc>
      </w:tr>
      <w:tr w:rsidR="00191FB0" w14:paraId="286648BD" w14:textId="77777777">
        <w:trPr>
          <w:jc w:val="center"/>
        </w:trPr>
        <w:tc>
          <w:tcPr>
            <w:tcW w:w="5083" w:type="dxa"/>
            <w:vAlign w:val="center"/>
          </w:tcPr>
          <w:p w14:paraId="2AAF2633" w14:textId="77777777" w:rsidR="00191FB0" w:rsidRDefault="001241C3">
            <w:r>
              <w:rPr>
                <w:b/>
                <w:sz w:val="18"/>
              </w:rPr>
              <w:t>Lise Diploması / Mezuniyet Belgesi</w:t>
            </w:r>
          </w:p>
        </w:tc>
        <w:tc>
          <w:tcPr>
            <w:tcW w:w="5083" w:type="dxa"/>
            <w:vAlign w:val="center"/>
          </w:tcPr>
          <w:p w14:paraId="1C594986" w14:textId="77777777" w:rsidR="00191FB0" w:rsidRDefault="001241C3">
            <w:r>
              <w:rPr>
                <w:sz w:val="18"/>
              </w:rPr>
              <w:t>Önlisans ve lisans programları için.</w:t>
            </w:r>
          </w:p>
        </w:tc>
      </w:tr>
      <w:tr w:rsidR="00191FB0" w14:paraId="41D58191" w14:textId="77777777">
        <w:trPr>
          <w:jc w:val="center"/>
        </w:trPr>
        <w:tc>
          <w:tcPr>
            <w:tcW w:w="5083" w:type="dxa"/>
            <w:vAlign w:val="center"/>
          </w:tcPr>
          <w:p w14:paraId="770130D5" w14:textId="77777777" w:rsidR="00191FB0" w:rsidRDefault="001241C3">
            <w:r>
              <w:rPr>
                <w:b/>
                <w:sz w:val="18"/>
              </w:rPr>
              <w:t>Önlisans Diploması</w:t>
            </w:r>
          </w:p>
        </w:tc>
        <w:tc>
          <w:tcPr>
            <w:tcW w:w="5083" w:type="dxa"/>
            <w:vAlign w:val="center"/>
          </w:tcPr>
          <w:p w14:paraId="03BB41BC" w14:textId="77777777" w:rsidR="00191FB0" w:rsidRDefault="001241C3">
            <w:r>
              <w:rPr>
                <w:sz w:val="18"/>
              </w:rPr>
              <w:t>DGS ile yerleşen adaylarda; gerektiğinde lise diploması ile birlikte.</w:t>
            </w:r>
          </w:p>
        </w:tc>
      </w:tr>
    </w:tbl>
    <w:p w14:paraId="36D88153" w14:textId="77777777" w:rsidR="00191FB0" w:rsidRDefault="00191FB0"/>
    <w:p w14:paraId="2AE62B57" w14:textId="4509BE1E" w:rsidR="00191FB0" w:rsidRPr="008B1C71" w:rsidRDefault="001241C3">
      <w:pPr>
        <w:rPr>
          <w:color w:val="000000" w:themeColor="text1"/>
        </w:rPr>
      </w:pPr>
      <w:r w:rsidRPr="008B1C71">
        <w:rPr>
          <w:b/>
          <w:color w:val="000000" w:themeColor="text1"/>
          <w:sz w:val="24"/>
        </w:rPr>
        <w:t>D. Duruma göre ayrıca istenecek belgeler</w:t>
      </w:r>
      <w:r w:rsidR="003F0958">
        <w:rPr>
          <w:b/>
          <w:color w:val="000000" w:themeColor="text1"/>
          <w:sz w:val="24"/>
        </w:rPr>
        <w:t>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77"/>
        <w:gridCol w:w="5077"/>
      </w:tblGrid>
      <w:tr w:rsidR="00191FB0" w14:paraId="45C69A52" w14:textId="77777777">
        <w:trPr>
          <w:jc w:val="center"/>
        </w:trPr>
        <w:tc>
          <w:tcPr>
            <w:tcW w:w="5083" w:type="dxa"/>
            <w:shd w:val="clear" w:color="auto" w:fill="D9EAF7"/>
            <w:vAlign w:val="center"/>
          </w:tcPr>
          <w:p w14:paraId="5B196871" w14:textId="77777777" w:rsidR="00191FB0" w:rsidRDefault="001241C3">
            <w:r>
              <w:rPr>
                <w:b/>
                <w:sz w:val="19"/>
              </w:rPr>
              <w:t>Belge</w:t>
            </w:r>
          </w:p>
        </w:tc>
        <w:tc>
          <w:tcPr>
            <w:tcW w:w="5083" w:type="dxa"/>
            <w:shd w:val="clear" w:color="auto" w:fill="D9EAF7"/>
            <w:vAlign w:val="center"/>
          </w:tcPr>
          <w:p w14:paraId="78C8ADF5" w14:textId="77777777" w:rsidR="00191FB0" w:rsidRDefault="001241C3">
            <w:r>
              <w:rPr>
                <w:b/>
                <w:sz w:val="19"/>
              </w:rPr>
              <w:t>Açıklama</w:t>
            </w:r>
          </w:p>
        </w:tc>
      </w:tr>
      <w:tr w:rsidR="00191FB0" w14:paraId="453193F1" w14:textId="77777777">
        <w:trPr>
          <w:jc w:val="center"/>
        </w:trPr>
        <w:tc>
          <w:tcPr>
            <w:tcW w:w="5083" w:type="dxa"/>
            <w:vAlign w:val="center"/>
          </w:tcPr>
          <w:p w14:paraId="6F1B219D" w14:textId="77777777" w:rsidR="00191FB0" w:rsidRDefault="001241C3">
            <w:r>
              <w:rPr>
                <w:b/>
                <w:sz w:val="18"/>
              </w:rPr>
              <w:t>Askerlik Durum Belgesi / Terhis Belgesi</w:t>
            </w:r>
          </w:p>
        </w:tc>
        <w:tc>
          <w:tcPr>
            <w:tcW w:w="5083" w:type="dxa"/>
            <w:vAlign w:val="center"/>
          </w:tcPr>
          <w:p w14:paraId="7EE57E77" w14:textId="77777777" w:rsidR="00191FB0" w:rsidRDefault="001241C3">
            <w:r>
              <w:rPr>
                <w:sz w:val="18"/>
              </w:rPr>
              <w:t>Erkek adaylardan; kanunun yürürlük tarihinde askerlikte olan ve özel süreden yararlanacak adaylarda terhis belgesi özellikle alınmalı.</w:t>
            </w:r>
          </w:p>
        </w:tc>
      </w:tr>
      <w:tr w:rsidR="00191FB0" w14:paraId="66881261" w14:textId="77777777">
        <w:trPr>
          <w:jc w:val="center"/>
        </w:trPr>
        <w:tc>
          <w:tcPr>
            <w:tcW w:w="5083" w:type="dxa"/>
            <w:vAlign w:val="center"/>
          </w:tcPr>
          <w:p w14:paraId="1A055002" w14:textId="77777777" w:rsidR="00191FB0" w:rsidRDefault="001241C3">
            <w:r>
              <w:rPr>
                <w:b/>
                <w:sz w:val="18"/>
              </w:rPr>
              <w:t>Mevcut Öğrencilik / Kayıt Sildirme Belgesi</w:t>
            </w:r>
          </w:p>
        </w:tc>
        <w:tc>
          <w:tcPr>
            <w:tcW w:w="5083" w:type="dxa"/>
            <w:vAlign w:val="center"/>
          </w:tcPr>
          <w:p w14:paraId="58DB0CD4" w14:textId="77777777" w:rsidR="00191FB0" w:rsidRDefault="001241C3">
            <w:r>
              <w:rPr>
                <w:sz w:val="18"/>
              </w:rPr>
              <w:t>Halen aynı düzeyde başka bir örgün programa veya ilgili durumda başka bir lisansüstü programa kayıtlı adaylar için.</w:t>
            </w:r>
          </w:p>
        </w:tc>
      </w:tr>
      <w:tr w:rsidR="00191FB0" w14:paraId="24EB998C" w14:textId="77777777">
        <w:trPr>
          <w:jc w:val="center"/>
        </w:trPr>
        <w:tc>
          <w:tcPr>
            <w:tcW w:w="5083" w:type="dxa"/>
            <w:vAlign w:val="center"/>
          </w:tcPr>
          <w:p w14:paraId="0D360CA0" w14:textId="77777777" w:rsidR="00191FB0" w:rsidRDefault="001241C3">
            <w:r>
              <w:rPr>
                <w:b/>
                <w:sz w:val="18"/>
              </w:rPr>
              <w:t>Mahkeme / UYAP Belgesi</w:t>
            </w:r>
          </w:p>
        </w:tc>
        <w:tc>
          <w:tcPr>
            <w:tcW w:w="5083" w:type="dxa"/>
            <w:vAlign w:val="center"/>
          </w:tcPr>
          <w:p w14:paraId="6D8F137D" w14:textId="77777777" w:rsidR="00191FB0" w:rsidRDefault="001241C3">
            <w:r>
              <w:rPr>
                <w:sz w:val="18"/>
              </w:rPr>
              <w:t>Adli sicil kaydında kayıt bulunması hâlinde, kaydın niteliğinin Geçici Madde 85 kapsamındaki istisnalar yönünden incelenebilmesi için.</w:t>
            </w:r>
          </w:p>
        </w:tc>
      </w:tr>
      <w:tr w:rsidR="00191FB0" w14:paraId="56B3FC10" w14:textId="77777777">
        <w:trPr>
          <w:jc w:val="center"/>
        </w:trPr>
        <w:tc>
          <w:tcPr>
            <w:tcW w:w="5083" w:type="dxa"/>
            <w:vAlign w:val="center"/>
          </w:tcPr>
          <w:p w14:paraId="7D6E6280" w14:textId="77777777" w:rsidR="00191FB0" w:rsidRDefault="001241C3">
            <w:r>
              <w:rPr>
                <w:b/>
                <w:sz w:val="18"/>
              </w:rPr>
              <w:t>Sağlık / Mücbir Sebep Belgesi</w:t>
            </w:r>
          </w:p>
        </w:tc>
        <w:tc>
          <w:tcPr>
            <w:tcW w:w="5083" w:type="dxa"/>
            <w:vAlign w:val="center"/>
          </w:tcPr>
          <w:p w14:paraId="0EC5D61E" w14:textId="77777777" w:rsidR="00191FB0" w:rsidRDefault="001241C3">
            <w:r>
              <w:rPr>
                <w:sz w:val="18"/>
              </w:rPr>
              <w:t>Özel başvuru süresinden yararlanma talebi varsa ilgili resmî belge veya heyet raporu.</w:t>
            </w:r>
          </w:p>
        </w:tc>
      </w:tr>
      <w:tr w:rsidR="00191FB0" w14:paraId="3D1CCD1B" w14:textId="77777777">
        <w:trPr>
          <w:jc w:val="center"/>
        </w:trPr>
        <w:tc>
          <w:tcPr>
            <w:tcW w:w="5083" w:type="dxa"/>
            <w:vAlign w:val="center"/>
          </w:tcPr>
          <w:p w14:paraId="51D9D05F" w14:textId="77777777" w:rsidR="00191FB0" w:rsidRDefault="001241C3">
            <w:r>
              <w:rPr>
                <w:b/>
                <w:sz w:val="18"/>
              </w:rPr>
              <w:t>Yabancı Dil Belgesi</w:t>
            </w:r>
          </w:p>
        </w:tc>
        <w:tc>
          <w:tcPr>
            <w:tcW w:w="5083" w:type="dxa"/>
            <w:vAlign w:val="center"/>
          </w:tcPr>
          <w:p w14:paraId="2C1BAF32" w14:textId="77777777" w:rsidR="00191FB0" w:rsidRDefault="001241C3">
            <w:r>
              <w:rPr>
                <w:sz w:val="18"/>
              </w:rPr>
              <w:t>Öğretim dili veya lisansüstü program koşulları gerektiriyorsa.</w:t>
            </w:r>
          </w:p>
        </w:tc>
      </w:tr>
    </w:tbl>
    <w:p w14:paraId="5EC64371" w14:textId="77777777" w:rsidR="00515420" w:rsidRDefault="00515420">
      <w:pPr>
        <w:rPr>
          <w:b/>
          <w:color w:val="000000" w:themeColor="text1"/>
        </w:rPr>
      </w:pPr>
    </w:p>
    <w:p w14:paraId="2608C349" w14:textId="21CF6422" w:rsidR="00191FB0" w:rsidRPr="008B1C71" w:rsidRDefault="001241C3">
      <w:pPr>
        <w:rPr>
          <w:color w:val="000000" w:themeColor="text1"/>
        </w:rPr>
      </w:pPr>
      <w:r w:rsidRPr="008B1C71">
        <w:rPr>
          <w:b/>
          <w:color w:val="000000" w:themeColor="text1"/>
          <w:sz w:val="24"/>
        </w:rPr>
        <w:t>E. Lisansüstü adaylarda duruma göre</w:t>
      </w:r>
      <w:r w:rsidR="003F0958">
        <w:rPr>
          <w:b/>
          <w:color w:val="000000" w:themeColor="text1"/>
          <w:sz w:val="24"/>
        </w:rPr>
        <w:t>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59"/>
        <w:gridCol w:w="4895"/>
      </w:tblGrid>
      <w:tr w:rsidR="00191FB0" w14:paraId="5201F943" w14:textId="77777777" w:rsidTr="00EA044C">
        <w:trPr>
          <w:jc w:val="center"/>
        </w:trPr>
        <w:tc>
          <w:tcPr>
            <w:tcW w:w="5507" w:type="dxa"/>
            <w:shd w:val="clear" w:color="auto" w:fill="D9EAF7"/>
            <w:vAlign w:val="center"/>
          </w:tcPr>
          <w:p w14:paraId="393899B7" w14:textId="77777777" w:rsidR="00191FB0" w:rsidRDefault="001241C3">
            <w:r>
              <w:rPr>
                <w:b/>
                <w:sz w:val="19"/>
              </w:rPr>
              <w:t>Belge</w:t>
            </w:r>
          </w:p>
        </w:tc>
        <w:tc>
          <w:tcPr>
            <w:tcW w:w="5078" w:type="dxa"/>
            <w:shd w:val="clear" w:color="auto" w:fill="D9EAF7"/>
            <w:vAlign w:val="center"/>
          </w:tcPr>
          <w:p w14:paraId="4B6DE549" w14:textId="77777777" w:rsidR="00191FB0" w:rsidRDefault="001241C3">
            <w:r>
              <w:rPr>
                <w:b/>
                <w:sz w:val="19"/>
              </w:rPr>
              <w:t>Açıklama</w:t>
            </w:r>
          </w:p>
        </w:tc>
      </w:tr>
      <w:tr w:rsidR="00191FB0" w14:paraId="1D123EB9" w14:textId="77777777" w:rsidTr="00EA044C">
        <w:trPr>
          <w:jc w:val="center"/>
        </w:trPr>
        <w:tc>
          <w:tcPr>
            <w:tcW w:w="5507" w:type="dxa"/>
            <w:vAlign w:val="center"/>
          </w:tcPr>
          <w:p w14:paraId="30C44DB7" w14:textId="77777777" w:rsidR="00191FB0" w:rsidRDefault="001241C3">
            <w:r>
              <w:rPr>
                <w:b/>
                <w:sz w:val="18"/>
              </w:rPr>
              <w:t>Diploma ve Transkriptler</w:t>
            </w:r>
          </w:p>
        </w:tc>
        <w:tc>
          <w:tcPr>
            <w:tcW w:w="5078" w:type="dxa"/>
            <w:vAlign w:val="center"/>
          </w:tcPr>
          <w:p w14:paraId="75E63F2B" w14:textId="77777777" w:rsidR="00191FB0" w:rsidRDefault="001241C3">
            <w:r>
              <w:rPr>
                <w:sz w:val="18"/>
              </w:rPr>
              <w:t>Yüksek lisans için lisans; doktora için lisans ve yüksek lisans diploma/transkriptleri, adayın durumuna göre.</w:t>
            </w:r>
          </w:p>
        </w:tc>
      </w:tr>
      <w:tr w:rsidR="00191FB0" w14:paraId="3AC64FE8" w14:textId="77777777" w:rsidTr="00EA044C">
        <w:trPr>
          <w:trHeight w:val="348"/>
          <w:jc w:val="center"/>
        </w:trPr>
        <w:tc>
          <w:tcPr>
            <w:tcW w:w="5507" w:type="dxa"/>
            <w:vAlign w:val="center"/>
          </w:tcPr>
          <w:p w14:paraId="5FFCFA79" w14:textId="77777777" w:rsidR="00191FB0" w:rsidRDefault="001241C3">
            <w:r>
              <w:rPr>
                <w:b/>
                <w:sz w:val="18"/>
              </w:rPr>
              <w:t>ALES Belgesi</w:t>
            </w:r>
          </w:p>
        </w:tc>
        <w:tc>
          <w:tcPr>
            <w:tcW w:w="5078" w:type="dxa"/>
            <w:vAlign w:val="center"/>
          </w:tcPr>
          <w:p w14:paraId="0721E7CD" w14:textId="77777777" w:rsidR="00191FB0" w:rsidRDefault="001241C3">
            <w:r>
              <w:rPr>
                <w:sz w:val="18"/>
              </w:rPr>
              <w:t>Programa ilk girişte aranmışsa veya kayıt hakkı kazanıp hiç kayıt yaptırmamış adaylarda gerekli görülüyorsa.</w:t>
            </w:r>
          </w:p>
        </w:tc>
      </w:tr>
      <w:tr w:rsidR="00191FB0" w14:paraId="483E5349" w14:textId="77777777" w:rsidTr="00EA044C">
        <w:trPr>
          <w:jc w:val="center"/>
        </w:trPr>
        <w:tc>
          <w:tcPr>
            <w:tcW w:w="5507" w:type="dxa"/>
            <w:vAlign w:val="center"/>
          </w:tcPr>
          <w:p w14:paraId="64F4461B" w14:textId="77777777" w:rsidR="00191FB0" w:rsidRDefault="001241C3">
            <w:r>
              <w:rPr>
                <w:b/>
                <w:sz w:val="18"/>
              </w:rPr>
              <w:t>YDS / YÖKDİL veya Eşdeğer Belge</w:t>
            </w:r>
          </w:p>
        </w:tc>
        <w:tc>
          <w:tcPr>
            <w:tcW w:w="5078" w:type="dxa"/>
            <w:vAlign w:val="center"/>
          </w:tcPr>
          <w:p w14:paraId="0A3256F3" w14:textId="77777777" w:rsidR="00191FB0" w:rsidRDefault="001241C3">
            <w:r>
              <w:rPr>
                <w:sz w:val="18"/>
              </w:rPr>
              <w:t>Programın giriş koşulları ve özellikle doktora için gerekli ise.</w:t>
            </w:r>
          </w:p>
        </w:tc>
      </w:tr>
    </w:tbl>
    <w:p w14:paraId="5FF91443" w14:textId="77777777" w:rsidR="00191FB0" w:rsidRDefault="00191FB0" w:rsidP="00B27EC7"/>
    <w:sectPr w:rsidR="00191FB0" w:rsidSect="00B75D1A">
      <w:footerReference w:type="default" r:id="rId8"/>
      <w:pgSz w:w="12240" w:h="15840"/>
      <w:pgMar w:top="936" w:right="1038" w:bottom="510" w:left="10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6D6E1" w14:textId="77777777" w:rsidR="00883C6C" w:rsidRDefault="00883C6C">
      <w:pPr>
        <w:spacing w:after="0" w:line="240" w:lineRule="auto"/>
      </w:pPr>
      <w:r>
        <w:separator/>
      </w:r>
    </w:p>
  </w:endnote>
  <w:endnote w:type="continuationSeparator" w:id="0">
    <w:p w14:paraId="23B1E445" w14:textId="77777777" w:rsidR="00883C6C" w:rsidRDefault="0088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BDD7" w14:textId="1EB9B342" w:rsidR="00191FB0" w:rsidRDefault="00191FB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00DE" w14:textId="77777777" w:rsidR="00883C6C" w:rsidRDefault="00883C6C">
      <w:pPr>
        <w:spacing w:after="0" w:line="240" w:lineRule="auto"/>
      </w:pPr>
      <w:r>
        <w:separator/>
      </w:r>
    </w:p>
  </w:footnote>
  <w:footnote w:type="continuationSeparator" w:id="0">
    <w:p w14:paraId="70C8E202" w14:textId="77777777" w:rsidR="00883C6C" w:rsidRDefault="00883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7791864">
    <w:abstractNumId w:val="8"/>
  </w:num>
  <w:num w:numId="2" w16cid:durableId="1945922111">
    <w:abstractNumId w:val="6"/>
  </w:num>
  <w:num w:numId="3" w16cid:durableId="324476223">
    <w:abstractNumId w:val="5"/>
  </w:num>
  <w:num w:numId="4" w16cid:durableId="1839691702">
    <w:abstractNumId w:val="4"/>
  </w:num>
  <w:num w:numId="5" w16cid:durableId="102767714">
    <w:abstractNumId w:val="7"/>
  </w:num>
  <w:num w:numId="6" w16cid:durableId="1624261967">
    <w:abstractNumId w:val="3"/>
  </w:num>
  <w:num w:numId="7" w16cid:durableId="2010137877">
    <w:abstractNumId w:val="2"/>
  </w:num>
  <w:num w:numId="8" w16cid:durableId="1285188718">
    <w:abstractNumId w:val="1"/>
  </w:num>
  <w:num w:numId="9" w16cid:durableId="131337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41C3"/>
    <w:rsid w:val="0015074B"/>
    <w:rsid w:val="00191FB0"/>
    <w:rsid w:val="0029639D"/>
    <w:rsid w:val="002E2FA1"/>
    <w:rsid w:val="002F2D7D"/>
    <w:rsid w:val="00326F90"/>
    <w:rsid w:val="00381763"/>
    <w:rsid w:val="003F0958"/>
    <w:rsid w:val="004256B4"/>
    <w:rsid w:val="00515420"/>
    <w:rsid w:val="0068419A"/>
    <w:rsid w:val="00883C6C"/>
    <w:rsid w:val="008B1C71"/>
    <w:rsid w:val="00AA1D8D"/>
    <w:rsid w:val="00B27EC7"/>
    <w:rsid w:val="00B47730"/>
    <w:rsid w:val="00B75D1A"/>
    <w:rsid w:val="00BC79C2"/>
    <w:rsid w:val="00C279AB"/>
    <w:rsid w:val="00C40792"/>
    <w:rsid w:val="00CB0664"/>
    <w:rsid w:val="00E50B46"/>
    <w:rsid w:val="00EA04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AC0267"/>
  <w14:defaultImageDpi w14:val="300"/>
  <w15:docId w15:val="{54B6B0A8-4A1B-4100-A540-F411A83E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Safiye Alev BOZKUŞ, ISU</cp:lastModifiedBy>
  <cp:revision>12</cp:revision>
  <dcterms:created xsi:type="dcterms:W3CDTF">2026-08-24T11:12:00Z</dcterms:created>
  <dcterms:modified xsi:type="dcterms:W3CDTF">2026-08-31T10:22:00Z</dcterms:modified>
  <cp:category/>
</cp:coreProperties>
</file>